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שייכות, חברות ומעגלים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מצבים חברתיים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בנושא הכלה ותמיכה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חבר קרוב חולקים דברים אישיים ובונים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חלק מהקבוצה ומתקבל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כוח להתמודד עם קשיים בעזרת אנשים סביבנו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לנו כמה מעגלים - משפחה, חברים, כיתה, חוגים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מעשה קטן יכול לגרום להרגשה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אחד יכול לעזור ליצור אווירה מקבלת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(הרגשה שאני חלק מהקבוצה)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(כוח להתמודד עם קשיים בעזרת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(לקבל מישהו ולתת לו להרגיש שייך)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(מישהו שמכירים אך לא קרובים אליו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מכילים, מזמינים ומכבדים - לדוגמה הצעה לשחק יחד או לשבת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רעיונות כמו הקשבה, הזמנה, עזרה הדדית, כבוד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 - קשר עמוק ואמון, מכרים - קשר שטחי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הרגשה של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מחווה הגיונית וקטנה שמתארת מעשה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קשר עמוק לקשר שטחי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הדף בעקבות או לפני פעילות גלגל השיחה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שמדברים על מצבים כלליים ולא על תלמידים ספציפיים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הפתוח בעבודה בזוגות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גלגל השיחה מזמין אתכם לחשוב ולדבר על שייכות, חברות ותמיכה הדדית בכיתה ובחיים. בדף הזה נתרגל את המושגים שעומדים מאחורי השאלות בגלגל.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חבר קרוב  ·  מחווה  ·  שייכות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העיקרי בין חבר קרוב למכר?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חבר קרוב חולקים דברים אישיים ובונים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מכר תמיד מהכיתה המקבילה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זו הרגשת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להרגיש חלק מהקבוצה ומתקבל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לדעת הכי הרבה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חוסן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כוח להתמודד עם קשיים בעזרת אנשים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לנצח בתחרות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אדם שייך רק למעגל חברתי אחד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מחווה קטנה יכולה לשפר את היום של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כולה יכולה לתרום להרגשת השייכות של 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אדם שסומכים עליו ומספרים לו דברים אישיים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הרגשה של להיות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מעשה קטן וטוב כלפי מישהו אחר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כוח להתמודד עם קשיים בעזרת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חוסן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הרגשה שאני חלק מהקבוצה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מישהו שמכירים אך לא קרובים אליו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לקבל מישהו ולתת לו להרגיש שייך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משפטים שהייתם אומרים למישהו שיושב לבד בהפסקה כדי להזמין אותו להצטרף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מה כל אחד מכם יכול לתרום כדי שהכיתה תהיה רשת חברתית חזקה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חבר אחד קרוב לבין הרבה מכרים?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שייכות,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למחווה קטנה שיכולה לעזור למישהו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השיחה - שייכות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