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השיחה - שייכות וחוסן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של שייכות, חברות ומעגלים חברתיים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מצבים חברתיים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הבעה בנושא הכלה ותמיכה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חבר קרוב חולקים דברים אישיים ובונים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להרגיש חלק מהקבוצה ומתקבל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להזמין אותו לשחק ולדבר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כוח להתמודד עם קשיים בעזרת אנשים סביבנו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תמיכה בזמן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לגשת אליו ולהזמין אותו להצטרף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לנו כמה מעגלים - משפחה, חברים, כיתה, חוגים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גם מעשה קטן יכול לגרום להרגשה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הישארות בחוץ יכולה לפגוע בהרגשה ולכן חשוב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אחד יכול לעזור ליצור אווירה מקבלת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תלוי איך משתמשים בהן - לטובה או לרעה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פנייה לאדם קרוב יכולה לעזור מאוד בזמן 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חוסן חברתי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(הרגשה שאני חלק מהקבוצה)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(כוח להתמודד עם קשיים בעזרת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(לקבל מישהו ולתת לו להרגיש שייך)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(מישהו שמכירים אך לא קרובים אליו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(מעשה קטן וטוב כלפי אדם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מכילים, מזמינים ומכבדים - לדוגמה הצעה לשחק יחד או לשבת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אישי עם מחווה קטנה שהשפיעה לטובה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רעיונות כמו הקשבה, הזמנה, עזרה הדדית, כבוד הדדי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 קרוב - קשר עמוק ואמון, מכרים - קשר שטחי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לתמוך, להקשיב ולא להתעלם מהמצב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הרגשה של חלק מקבוצה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מחווה הגיונית וקטנה שמתארת מעשה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קשר עמוק לקשר שטחי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הדף בעקבות או לפני פעילות גלגל השיחה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שמדברים על מצבים כלליים ולא על תלמידים ספציפיים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חלק הכתיבה הפתוח בעבודה בזוגות לפני שיתוף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השיחה - שייכות וחוסן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גלגל השיחה מזמין אתכם לחשוב ולדבר על שייכות, חברות ותמיכה הדדית בכיתה ובחיים. בדף הזה נתרגל את המושגים שעומדים מאחורי השאלות בגלגל.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העיקרי בין חבר קרוב למכר?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חבר קרוב חולקים דברים אישיים ובונים אמון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מכר תמיד מהכיתה המקבילה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קרוב הוא תמיד מהמשפחה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זו הרגשת 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הכי חזק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להרגיש חלק מהקבוצה ומתקבל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לדעת הכי הרבה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לשבת תמיד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לעזור לתלמיד חדש להרגיש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להזמין אותו לשחק ולדבר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עליו מאחורי הגב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לבקש ממנו לשבת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חוסן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לבד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להתמודד עם קשיים בעזרת אנשים סביבנו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לנצח בתחרות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יכולה רשת חברתית טובה (לא אינטרנט) לתת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תחושת בדידות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תמיכה בזמן 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יותר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פחות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אפשר לעשות כשרואים מישהו יושב לבד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לגשת אליו ולהזמין אותו להצטרף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לצחוק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לכולם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אדם שייך רק למעגל חברתי אחד בחיים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מחווה קטנה יכולה לשפר את היום של מישהו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כשחברים נשארים בחוץ מהקבוצה, זה לא משנה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כולה יכולה לתרום להרגשת השייכות של כל 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רשתות חברתיות (כמו קבוצות וואטסאפ) יכולות גם לקרב וגם להרחיק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טעם לפנות למישהו כשקשה, כי אף אחד לא באמת יעזור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אדם שסומכים עליו ומספרים לו דברים אישיים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הרגשה של להיות חלק מהקבוצה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מעשה קטן וטוב כלפי מישהו אחר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הכוח להתמודד עם קשיים בעזרת אנשים סביבנו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לקבל מישהו ולתת לו להרגיש חלק מהקבוצה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מישהו שמכירים אבל לא קרובים אליו מאוד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מישהו שמכירים אך לא קרובים אליו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חוסן חברתי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מעשה קטן וטוב כלפי אדם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הכלה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כוח להתמודד עם קשיים בעזרת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לקבל מישהו ולתת לו להרגיש שייך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הרגשה שאני חלק מהקבוצה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משפטים שהייתם אומרים למישהו שיושב לבד בהפסקה כדי להזמין אותו להצטרף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מחווה קטנה שעשו לכם, או שעשיתם למישהו אחר, שיפרה את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מה כל אחד מכם יכול לתרום כדי שהכיתה תהיה רשת חברתית חזקה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בין חבר אחד קרוב לבין הרבה מכרים?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הכיתה כשמישהו בה נפגע?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שייכות,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למחווה קטנה שיכולה לעזור למישהו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חבר קרוב למכר?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גלגל השיחה - שייכות וחוסן חברתי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